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СОГЛАСИЕ НА ПОЛУЧЕНИЕ РАССЫЛКИ РЕКЛАМНО-ИНФОРМАЦИОННЫХ МАТЕРИАЛОВ</w:t>
      </w:r>
    </w:p>
    <w:p>
      <w:pPr>
        <w:jc w:val="center"/>
      </w:pPr>
      <w:r>
        <w:rPr>
          <w:sz w:val="22"/>
        </w:rPr>
        <w:t>ООО «ТЁПЛЫЙ-УГОЛ» · https://sk-tu.ru/</w:t>
      </w:r>
    </w:p>
    <w:p>
      <w:pPr>
        <w:ind w:firstLine="709"/>
        <w:jc w:val="both"/>
      </w:pPr>
      <w:r>
        <w:t>В соответствии с Федеральным законом от 13.03.2006 № 38-ФЗ «О рекламе» и Федеральным законом от 07.07.2003 № 126-ФЗ «О связи» настоящим я, действуя по своей воле и в своём интересе, даю Обществу с ограниченной ответственностью «ТЁПЛЫЙ-УГОЛ» (далее — «Организатор», ОГРН 1194704020830, ИНН 4703168597, КПП 470301001, адрес: 188682, Россия, Ленинградская область, м.р-н Всеволожский, Свердловское Г.П., Западный проезд, д. 2Б, офис 20-Н, 1-2Б) согласие на направление мне сообщений об услугах (сервисах) Организатора и (или) аффилированных лиц в информационных, рекламно-информационных целях. К таким сообщениям относятся рассылки о мероприятиях, контенте, акциях и специальных предложениях, другие не запрещённые законодательством текстовые, аудиальные, графические, аудиовизуальные и мультимедийные сообщения информационного и рекламного характера. Для отправки будут использоваться указанные мной на сайте https://sk-tu.ru/ контактные данные (номер телефона, адрес электронной почты). Информация направляется в виде СМС-сообщений, электронных писем, сообщений в мессенджерах, push-уведомлений, посредством телефонных звонков.</w:t>
      </w:r>
    </w:p>
    <w:p>
      <w:pPr>
        <w:ind w:firstLine="709"/>
        <w:jc w:val="both"/>
      </w:pPr>
      <w:r>
        <w:t>Я согласен(а) с тем, что текст согласия, данного мной по собственной воле и в моих интересах, хранится в электронном виде в базе данных Организатора и подтверждает мою готовность получать материалы в соответствии с вышеизложенными положениями. Я беру на себя ответственность за достоверность данных.</w:t>
      </w:r>
    </w:p>
    <w:p>
      <w:pPr>
        <w:ind w:firstLine="709"/>
        <w:jc w:val="both"/>
      </w:pPr>
      <w:r>
        <w:t>Я проинформирован(а), что в любой момент в течение срока действия настоящего согласия я вправе отозвать согласие и отписаться от получения рассылок, перейдя по ссылке в любом письме.</w:t>
      </w:r>
    </w:p>
    <w:p>
      <w:pPr>
        <w:ind w:firstLine="709"/>
        <w:jc w:val="both"/>
      </w:pPr>
      <w:r>
        <w:t>Кроме того, я информирован(а), что при возникновении вопросов, касающихся отказа от рассылки, я могу обратиться за помощью, отправив письмо в службу поддержки Организатора на адрес spb@sk-tu.ru.</w:t>
      </w:r>
    </w:p>
    <w:p>
      <w:pPr>
        <w:ind w:firstLine="709"/>
        <w:jc w:val="both"/>
      </w:pPr>
      <w:r>
        <w:t>Настоящее согласие даётся на неограниченный срок (но не менее десяти лет с даты предоставления) и действует, если Организатор не получал от меня сведений о его отзыве. Датой отзыва считается день, следующий за днём вручения Организатору заявления об отзыве согласия на получение рассылки рекламно-информационных материалов.</w:t>
      </w:r>
    </w:p>
    <w:p>
      <w:pPr>
        <w:ind w:firstLine="709"/>
        <w:jc w:val="both"/>
      </w:pPr>
      <w:r>
        <w:t>Настоящим подтверждаю, что мои конклюдентные действия (заполнение регистрационной формы, проставление отметки о согласии на получение рекламных сообщений и нажатие кнопки «Отправить») на сайте https://sk-tu.ru/ являются достаточной формой согласия и позволяют подтвердить сторонам факт получения такого согласия. При этом иных доказательств для подтверждения моего свободного волеизъявления не потребуется.</w:t>
      </w:r>
    </w:p>
    <w:p/>
    <w:p>
      <w:r>
        <w:rPr>
          <w:b/>
        </w:rPr>
        <w:t>Организатор:</w:t>
      </w:r>
    </w:p>
    <w:p>
      <w:pPr>
        <w:spacing w:after="40"/>
      </w:pPr>
      <w:r>
        <w:t>ООО «ТЁПЛЫЙ-УГОЛ»</w:t>
      </w:r>
    </w:p>
    <w:p>
      <w:pPr>
        <w:spacing w:after="40"/>
      </w:pPr>
      <w:r>
        <w:t>ИНН 4703168597 · КПП 470301001 · ОГРН 1194704020830</w:t>
      </w:r>
    </w:p>
    <w:p>
      <w:pPr>
        <w:spacing w:after="40"/>
      </w:pPr>
      <w:r>
        <w:t>188682, Ленинградская область, м.р-н Всеволожский, Свердловское Г.П., Западный проезд, д. 2Б, офис 20-Н, 1-2Б</w:t>
      </w:r>
    </w:p>
    <w:p>
      <w:pPr>
        <w:spacing w:after="40"/>
      </w:pPr>
      <w:r>
        <w:t>Почта: spb@sk-tu.ru · Сайт: https://sk-tu.ru/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